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מהיר –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סיפור חנוכה ומנהגיה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וסמלים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זיכרון מהיר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חנוכה (חינוך מחדש)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כמספר ימי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מתארים את הסביבון המסורתי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מאכל מסורתי מהתפוח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המכבים נלחמו וניצחו למרות מיעוטם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החג מתחיל בכ״ה בכסליו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סופגנייה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להדלקת נרות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(הנר שמדליק את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(מאכל מתוק ומטוגן)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(צעצוע מסתובב עם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(משפחה שנלחמה על החירות)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הנס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השתלטו על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יצאו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ניצחו וטיהרו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פך שמן קטן שהספיק ליום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השמן דלק שמונה ימים בנס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פך שמן קטן שהספיק ליום אחד דלק שמונה ימים, עד שהכינו שמן טהור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לזכור את המאבק על חירות וזהות, ואת הערך של עמידה על עקרונות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שמן ליום אחד 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החלק הראשון כמשחק קבוצתי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בסוף עם שיחה קצרה על משמעות הנס לחיי היום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מהיר –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שאלות וחידות על חג החנוכה, כמו אלו שמופיעות במשחק הכיתתי. אפשר לפתור לבד או בקבוצות.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נרות מדליקים בלילה האחרון של חנוכה (לא כולל השמש)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הוביל את המרד נגד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שאול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דלק השמן שהספיק רק ליום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מאכל מסורתי מטוגן בשמן ואוכלים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שמו של הנר שמדליקים בו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נגד איזו תרבות נלחמו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המצרית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כמה אותיות יש על הסביבון בארץ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המשמעות של המילה חנוכה הקשורה למקדש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 (חינוך מחדש)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נרות החנוכה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צעצוע שמסתובב ויש עליו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לביבות מכינות מתפוחי אדמה מטוגנים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נכנעו ליוונים בלי קרב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חל בחודש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נרות בכלי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הנר שמדליקים בו את שאר הנרות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המשפחה שהובילה את המרד נגד היוונים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מאכל מתוק ומטוגן שאוכלים בחג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השמן הקטן דלק שמונה ימים במקום __________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הצעצוע המסתובב עם אותיות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הנר שמדליק את האחרים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צעצוע מסתובב עם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להדלקת נרות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משפחה שנלחמה על החירות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 מתוק ומטוגן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סיפור הנס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יצאו למרד נגד היוונים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פך שמן קטן שהספיק ליום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דלק שמונה ימים בנס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ניצחו וטיהרו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השתלטו על בית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מהו נס פך השמן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לספר את סיפור המכבים גם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נמשך חג החנוכה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הנר שמדליקים בו את שאר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נס פך השמן בקצרה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מהיר –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