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מהיר –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סיפור חנוכה ומנהגיה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וסמלים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זיכרון מהיר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חנוכה (חינוך מחדש)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כמספר ימי הנס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מתארים את הסביבון המסורתי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מאכל מסורתי מהתפוח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המכבים נלחמו וניצחו למרות מיעוטם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החג מתחיל בכ״ה בכסליו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להדלקת נרות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(הנר שמדליק את האחרים)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(מאכל מתוק ומטוגן)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(צעצוע מסתובב עם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(משפחה שנלחמה על החירות)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הנס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השתלטו על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יצאו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ניצחו וטיהרו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מצאו פך שמן קטן שהספיק ליום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דלק שמונה ימים בנס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פך שמן קטן שהספיק ליום אחד דלק שמונה ימים, עד שהכינו שמן טהור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לזכור את המאבק על חירות וזהות, ואת הערך של עמידה על עקרונות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שמן ליום אחד 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החלק הראשון כמשחק קבוצתי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בסוף עם שיחה קצרה על משמעות הנס לחיי היום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מהיר –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חג חנוכה. אפשר לענות לבד או עם 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עם שמונה נרות ועוד נר אחד להדלקה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שמדליקים בו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שנלחמה על חירות עם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מתתיהו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 משפחת המכבים שהתחיל את המרד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מתוק ומטוגן שאוכלים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מטוגן מתפוחי אדמה שאוכלים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 פך השמן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הנס שבו שמן קטן דלק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אותיות בחנוכה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נרות דולקים בלילה האחרון, בלי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נלחם נגד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שאול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דלק השמן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מאכל מתוק אוכלים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לנר המיוחד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נגד מי נלחמו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כמה אותיות יש על הסביבון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הקשר בין המילה חנוכה למקדש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 (חינוך מחדש)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נרות החנוכה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צעצוע שמסתובב ויש עליו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מכינות מתפוחי אדמה מטוגנים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נכנעו ליוונים בלי קרב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חל בחודש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בחנוכה מדליקים נרות בכלי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הנר שמדליקים בו את שאר הנרות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המשפחה שהובילה את המרד נגד היוונים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מאכל מתוק ומטוגן שאוכלים בחג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השמן הקטן דלק שמונה ימים במקום __________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הצעצוע המסתובב עם אותיות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הנר שמדליק את האחרים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להדלקת נרות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משפחה שנלחמה על החירות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מאכל מתוק ומטוגן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צעצוע מסתובב עם אותיות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הנס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פך שמן קטן שהספיק ליום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השתלטו על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דלק שמונה ימים בנס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יצאו למרד נגד היוונים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ניצחו וטיהרו את בית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מהו נס פך השמן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לספר את סיפור המכבים גם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הנר שמדליקים בו את שאר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נס פך השמן בקצרה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מהיר –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