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🕎 טקס כסליו – חנוכה: אור של יחד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חידון מהיר – חנוכה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מהדורה למורה · חנ״מ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7B341E"/>
          <w:sz w:val="36"/>
          <w:rtl/>
          <w:szCs w:val="36"/>
          <w:bCs/>
        </w:rPr>
        <w:t>מהדורה למורה – מפתח תשובות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מטרות הדף: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לחזק ידע על סיפור חנוכה ומנהגיה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לתרגל עובדות וסמלים הקשורים לחג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לשפר זיכרון מהיר ועבודת צוות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744210"/>
          <w:sz w:val="22"/>
          <w:rtl/>
          <w:szCs w:val="22"/>
        </w:rPr>
        <w:t>גרסת חנ״מ – פחות פריטים, עד 3 אפשרויות בחירה, בנק מילים, גופן מוגדל ושורות כתיבה רחבות. מומלץ להקריא את ההוראות בקול ולעבוד חלק אחר חלק, בלי הגבלת זמן.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6"/>
          <w:rtl/>
          <w:szCs w:val="26"/>
          <w:bCs/>
        </w:rPr>
        <w:t>חלק א׳ – שאלות אמריקאיות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ג – 8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ב – המכבים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ג – שמונה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6"/>
          <w:rtl/>
          <w:szCs w:val="26"/>
          <w:bCs/>
        </w:rPr>
        <w:t>חלק ב׳ – נכון או לא נכון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נכון – כמספר ימי הנס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לא נכון – מדליקים בערב, עם רדת החשכה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נכון – כך מתארים את הסביבון המסורתי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6"/>
          <w:rtl/>
          <w:szCs w:val="26"/>
          <w:bCs/>
        </w:rPr>
        <w:t>חלק ג׳ – השלימו את המילה החסרה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חנוכייה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שמש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מכבים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6"/>
          <w:rtl/>
          <w:szCs w:val="26"/>
          <w:bCs/>
        </w:rPr>
        <w:t>חלק ד׳ – התאימו בין המושג להסבר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 – ב (כלי להדלקת נרות החג)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 – ד (הנר שמדליק את האחרים)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 – א (מאכל מתוק ומטוגן)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 – ג (צעצוע מסתובב עם אותיות)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6"/>
          <w:rtl/>
          <w:szCs w:val="26"/>
          <w:bCs/>
        </w:rPr>
        <w:t>חלק ה׳ – סדרו את סיפור הנס לפי הסדר הנכון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היוונים השתלטו על בית המקדש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המכבים יצאו למרד נגד היוונים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המכבים ניצחו וטיהרו את בית המקדש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מצאו פך שמן קטן שהספיק ליום אחד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26"/>
          <w:rtl/>
          <w:szCs w:val="26"/>
          <w:bCs/>
        </w:rPr>
        <w:t>חלק ו׳ – כתיבה קצרה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פך שמן קטן שהספיק ליום אחד דלק שמונה ימים, עד שהכינו שמן טהור חדש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6"/>
          <w:rtl/>
          <w:szCs w:val="26"/>
          <w:bCs/>
        </w:rPr>
        <w:t>כרטיס יציאה – מה לחפש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שמונה ימים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השמש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שמן ליום אחד דלק שמונה ימים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טיפים להפעלה: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אפשר להריץ את החלק הראשון כמשחק קבוצתי בעל פה לפני המילוי בכתב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לתלמידים מתקשים אפשר לדלג על הפריטים המסומנים כקשים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כדאי לסכם בסוף עם שיחה קצרה על משמעות הנס לחיי היום</w:t>
      </w:r>
    </w:p>
    <w:p>
      <w:r>
        <w:br w:type="page"/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🕎 טקס כסליו – חנוכה: אור של יחד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חידון מהיר – חנוכה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דף התלמיד/ה · חנ״מ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C1361"/>
          <w:sz w:val="28"/>
          <w:rtl/>
          <w:szCs w:val="28"/>
          <w:bCs/>
        </w:rPr>
        <w:t>דף התלמיד/ה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שם: ____________________   כיתה: ________   תאריך: ____________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2C5282"/>
          <w:sz w:val="32"/>
          <w:rtl/>
          <w:szCs w:val="32"/>
        </w:rPr>
        <w:t>בדף זה נתרגל שאלות וחידות על חג החנוכה, כמו אלו שמופיעות במשחק הכיתתי. אפשר לפתור לבד או בקבוצות.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7B341E"/>
          <w:sz w:val="32"/>
          <w:rtl/>
          <w:szCs w:val="32"/>
          <w:bCs/>
        </w:rPr>
        <w:t>🧺 בנק מילים: שמש  ·  חנוכייה  ·  מכבים</w:t>
      </w: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36"/>
          <w:rtl/>
          <w:szCs w:val="36"/>
          <w:bCs/>
        </w:rPr>
        <w:t>1  חלק א׳ – שאלות אמריקאיות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הקיפו את התשובה הנכונה.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1. כמה נרות מדליקים בלילה האחרון של חנוכה (לא כולל השמש)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א. 6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ב. 7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ג. 8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2. מי הוביל את המרד נגד היוונים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א. דוד המלך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ב. המכבים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ג. שמשון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3. כמה ימים דלק השמן שהספיק רק ליום אחד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א. שלושה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ב. חמישה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ג. שמונה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36"/>
          <w:rtl/>
          <w:szCs w:val="36"/>
          <w:bCs/>
        </w:rPr>
        <w:t>2  חלק ב׳ – נכון או לא נכון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סמנו ✔ נכון או ✘ לא נכון.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2466"/>
        <w:gridCol w:w="2466"/>
        <w:gridCol w:w="2466"/>
        <w:gridCol w:w="2466"/>
      </w:tblGrid>
      <w:tr>
        <w:tc>
          <w:tcPr>
            <w:tcW w:type="dxa" w:w="56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#</w:t>
            </w:r>
          </w:p>
        </w:tc>
        <w:tc>
          <w:tcPr>
            <w:tcW w:type="dxa" w:w="6463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משפט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נכון ✔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לא נכון ✘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1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חנוכה נמשך שמונה ימים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2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מדליקים את נרות החנוכה בבוקר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3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הסביבון הוא צעצוע שמסתובב ויש עליו אותיות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36"/>
          <w:rtl/>
          <w:szCs w:val="36"/>
          <w:bCs/>
        </w:rPr>
        <w:t>3  חלק ג׳ – השלימו את המילה החסרה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השלימו את המילה החסרה.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>1. בחנוכה מדליקים נרות בכלי שנקרא 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>2. הנר שמדליקים בו את שאר הנרות נקרא 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>3. המשפחה שהובילה את המרד נגד היוונים נקראת __________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36"/>
          <w:rtl/>
          <w:szCs w:val="36"/>
          <w:bCs/>
        </w:rPr>
        <w:t>4  חלק ד׳ – התאימו בין המושג להסבר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התאימו: כתבו ליד כל מספר את האות המתאימה מהעמודה השמאלית.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3289"/>
        <w:gridCol w:w="3289"/>
        <w:gridCol w:w="3289"/>
      </w:tblGrid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1. חנוכייה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א. מאכל מתוק ומטוגן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2. שמש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ב. כלי להדלקת נרות החג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3. סופגנייה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ג. צעצוע מסתובב עם אותיות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4. סביבון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ד. הנר שמדליק את האחרים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36"/>
          <w:rtl/>
          <w:szCs w:val="36"/>
          <w:bCs/>
        </w:rPr>
        <w:t>5  חלק ה׳ – סדרו את סיפור הנס לפי הסדר הנכון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מספרו את השלבים לפי הסדר הנכון (1, 2, 3...).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המכבים ניצחו וטיהרו את בית המקדש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היוונים השתלטו על בית המקדש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מצאו פך שמן קטן שהספיק ליום אחד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המכבים יצאו למרד נגד היוונים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36"/>
          <w:rtl/>
          <w:szCs w:val="36"/>
          <w:bCs/>
        </w:rPr>
        <w:t>6  חלק ו׳ – כתיבה קצרה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ענו בקצרה.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1. כתבו במילים שלכם מהו נס פך השמן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B7791F"/>
          <w:sz w:val="36"/>
          <w:rtl/>
          <w:szCs w:val="36"/>
          <w:bCs/>
        </w:rPr>
        <w:t>🎟️ כרטיס יציאה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dashed" w:sz="6" w:color="999999"/>
          <w:left w:val="dashed" w:sz="6" w:color="999999"/>
          <w:bottom w:val="dashed" w:sz="6" w:color="999999"/>
          <w:right w:val="dashed" w:sz="6" w:color="999999"/>
          <w:insideH w:val="dashed" w:sz="6" w:color="999999"/>
          <w:insideV w:val="dashed" w:sz="6" w:color="999999"/>
        </w:tblBorders>
      </w:tblPr>
      <w:tblGrid>
        <w:gridCol w:w="9866"/>
      </w:tblGrid>
      <w:tr>
        <w:tc>
          <w:tcPr>
            <w:tcW w:type="dxa" w:w="9865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כמה ימים נמשך חג החנוכה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32"/>
                <w:rtl/>
                <w:szCs w:val="32"/>
              </w:rPr>
              <w:t>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32"/>
                <w:rtl/>
                <w:szCs w:val="32"/>
              </w:rPr>
              <w:t>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מהו שם הנר שמדליקים בו את שאר הנרות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32"/>
                <w:rtl/>
                <w:szCs w:val="32"/>
              </w:rPr>
              <w:t>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32"/>
                <w:rtl/>
                <w:szCs w:val="32"/>
              </w:rPr>
              <w:t>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איך הרגשתי בשיעור?  😀  🙂  😐  🙁</w:t>
            </w:r>
          </w:p>
        </w:tc>
      </w:tr>
    </w:tbl>
    <w:sectPr w:rsidR="00FC693F" w:rsidRPr="0006063C" w:rsidSect="00034616">
      <w:footerReference w:type="default" r:id="rId9"/>
      <w:pgSz w:w="11906" w:h="16838"/>
      <w:pgMar w:top="850" w:right="1020" w:bottom="850" w:left="1020" w:header="720" w:footer="720" w:gutter="0"/>
      <w:cols w:space="720"/>
      <w:docGrid w:linePitch="360"/>
      <w:bidi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bidi/>
      <w:pStyle w:val="Footer"/>
      <w:jc w:val="center"/>
    </w:pPr>
    <w:r>
      <w:drawing>
        <wp:inline xmlns:a="http://schemas.openxmlformats.org/drawingml/2006/main" xmlns:pic="http://schemas.openxmlformats.org/drawingml/2006/picture">
          <wp:extent cx="180000" cy="180000"/>
          <wp:docPr id="1" name="Picture 1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0" name="logo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80000" cy="180000"/>
                  </a:xfrm>
                  <a:prstGeom prst="rect"/>
                </pic:spPr>
              </pic:pic>
            </a:graphicData>
          </a:graphic>
        </wp:inline>
      </w:drawing>
    </w:r>
    <w:r>
      <w:rPr>
        <w:rFonts w:ascii="Arial" w:hAnsi="Arial" w:cs="Arial" w:eastAsia="Arial"/>
        <w:lang w:val="he-IL" w:bidi="he-IL"/>
        <w:color w:val="555555"/>
        <w:sz w:val="18"/>
        <w:rtl/>
        <w:szCs w:val="18"/>
      </w:rPr>
      <w:t xml:space="preserve">  יצרה: רוית ראש בן ישי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 w:cs="Arial" w:eastAsia="Arial"/>
      <w:sz w:val="32"/>
      <w:lang w:val="he-IL" w:bidi="he-I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Arial" w:hAnsi="Arial" w:cs="Arial" w:eastAsia="Arial"/>
      <w:b/>
      <w:bCs/>
      <w:color w:val="365F91" w:themeColor="accent1" w:themeShade="BF"/>
      <w:sz w:val="28"/>
      <w:szCs w:val="28"/>
      <w:lang w:val="he-IL" w:bidi="he-IL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sz w:val="26"/>
      <w:szCs w:val="26"/>
      <w:lang w:val="he-IL" w:bidi="he-IL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lang w:val="he-IL" w:bidi="he-IL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דף תרגול: חידון מהיר – חנוכה</dc:title>
  <dc:subject/>
  <dc:creator>רוית ראש בן ישי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